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6DE8A" w14:textId="39077560" w:rsidR="008A5B8B" w:rsidRDefault="008A5B8B" w:rsidP="007877A0">
      <w:pPr>
        <w:pStyle w:val="Heading1"/>
        <w:jc w:val="center"/>
        <w:rPr>
          <w:rFonts w:ascii="Times New Roman" w:hAnsi="Times New Roman" w:cs="Times New Roman"/>
          <w:color w:val="auto"/>
        </w:rPr>
      </w:pPr>
      <w:r>
        <w:rPr>
          <w:noProof/>
        </w:rPr>
        <w:drawing>
          <wp:inline distT="0" distB="0" distL="0" distR="0" wp14:anchorId="34F00BFD" wp14:editId="712F7B4B">
            <wp:extent cx="716280" cy="769143"/>
            <wp:effectExtent l="0" t="0" r="7620" b="0"/>
            <wp:docPr id="7575839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67" cy="77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6022" w14:textId="25B4BCAC" w:rsidR="00BB2821" w:rsidRPr="00A1102C" w:rsidRDefault="00000000" w:rsidP="007877A0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A1102C">
        <w:rPr>
          <w:rFonts w:ascii="Times New Roman" w:hAnsi="Times New Roman" w:cs="Times New Roman"/>
          <w:color w:val="auto"/>
        </w:rPr>
        <w:t>KEPUTUSAN KEPALA DESA SUNGAI BARANG</w:t>
      </w:r>
    </w:p>
    <w:p w14:paraId="51D0BE1C" w14:textId="3E0BC58B" w:rsidR="00BB2821" w:rsidRPr="00A1102C" w:rsidRDefault="00000000" w:rsidP="007877A0">
      <w:pPr>
        <w:jc w:val="center"/>
        <w:rPr>
          <w:rFonts w:ascii="Times New Roman" w:hAnsi="Times New Roman" w:cs="Times New Roman"/>
        </w:rPr>
      </w:pPr>
      <w:proofErr w:type="gramStart"/>
      <w:r w:rsidRPr="00A1102C">
        <w:rPr>
          <w:rFonts w:ascii="Times New Roman" w:hAnsi="Times New Roman" w:cs="Times New Roman"/>
        </w:rPr>
        <w:t>NOMOR :</w:t>
      </w:r>
      <w:proofErr w:type="gramEnd"/>
      <w:r w:rsidRPr="00A1102C">
        <w:rPr>
          <w:rFonts w:ascii="Times New Roman" w:hAnsi="Times New Roman" w:cs="Times New Roman"/>
        </w:rPr>
        <w:t xml:space="preserve"> </w:t>
      </w:r>
      <w:r w:rsidR="00A1102C" w:rsidRPr="00A1102C">
        <w:rPr>
          <w:rFonts w:ascii="Times New Roman" w:hAnsi="Times New Roman" w:cs="Times New Roman"/>
        </w:rPr>
        <w:t>005</w:t>
      </w:r>
      <w:r w:rsidRPr="00A1102C">
        <w:rPr>
          <w:rFonts w:ascii="Times New Roman" w:hAnsi="Times New Roman" w:cs="Times New Roman"/>
        </w:rPr>
        <w:t xml:space="preserve"> /</w:t>
      </w:r>
      <w:r w:rsidR="00A1102C" w:rsidRPr="00A1102C">
        <w:rPr>
          <w:rFonts w:ascii="Times New Roman" w:hAnsi="Times New Roman" w:cs="Times New Roman"/>
        </w:rPr>
        <w:t xml:space="preserve"> K-Des</w:t>
      </w:r>
      <w:r w:rsidRPr="00A1102C">
        <w:rPr>
          <w:rFonts w:ascii="Times New Roman" w:hAnsi="Times New Roman" w:cs="Times New Roman"/>
        </w:rPr>
        <w:t xml:space="preserve">/ </w:t>
      </w:r>
      <w:r w:rsidR="00A1102C" w:rsidRPr="00A1102C">
        <w:rPr>
          <w:rFonts w:ascii="Times New Roman" w:hAnsi="Times New Roman" w:cs="Times New Roman"/>
        </w:rPr>
        <w:t>2025</w:t>
      </w:r>
      <w:r w:rsidRPr="00A1102C">
        <w:rPr>
          <w:rFonts w:ascii="Times New Roman" w:hAnsi="Times New Roman" w:cs="Times New Roman"/>
        </w:rPr>
        <w:br/>
      </w:r>
    </w:p>
    <w:p w14:paraId="501A1622" w14:textId="77777777" w:rsidR="00BB2821" w:rsidRPr="00A1102C" w:rsidRDefault="00000000" w:rsidP="007877A0">
      <w:pPr>
        <w:pStyle w:val="Heading2"/>
        <w:jc w:val="center"/>
        <w:rPr>
          <w:rFonts w:ascii="Times New Roman" w:hAnsi="Times New Roman" w:cs="Times New Roman"/>
          <w:color w:val="auto"/>
        </w:rPr>
      </w:pPr>
      <w:r w:rsidRPr="00A1102C">
        <w:rPr>
          <w:rFonts w:ascii="Times New Roman" w:hAnsi="Times New Roman" w:cs="Times New Roman"/>
          <w:color w:val="auto"/>
        </w:rPr>
        <w:t>TENTANG</w:t>
      </w:r>
    </w:p>
    <w:p w14:paraId="13CFE7A7" w14:textId="2842730A" w:rsidR="00BB2821" w:rsidRPr="00A1102C" w:rsidRDefault="00000000" w:rsidP="007877A0">
      <w:pPr>
        <w:jc w:val="center"/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</w:rPr>
        <w:t>PENETAPAN KADER POS PELAYANAN TERPADU (POSYANDU)</w:t>
      </w:r>
      <w:r w:rsidRPr="00A1102C">
        <w:rPr>
          <w:rFonts w:ascii="Times New Roman" w:hAnsi="Times New Roman" w:cs="Times New Roman"/>
        </w:rPr>
        <w:br/>
        <w:t>BALITA DAN LANSIA</w:t>
      </w:r>
      <w:r w:rsidRPr="00A1102C">
        <w:rPr>
          <w:rFonts w:ascii="Times New Roman" w:hAnsi="Times New Roman" w:cs="Times New Roman"/>
        </w:rPr>
        <w:br/>
        <w:t>DESA SUNGAI BARANG</w:t>
      </w:r>
      <w:r w:rsidRPr="00A1102C">
        <w:rPr>
          <w:rFonts w:ascii="Times New Roman" w:hAnsi="Times New Roman" w:cs="Times New Roman"/>
        </w:rPr>
        <w:br/>
        <w:t>KECAMATAN KAYAN SELATAN</w:t>
      </w:r>
      <w:r w:rsidRPr="00A1102C">
        <w:rPr>
          <w:rFonts w:ascii="Times New Roman" w:hAnsi="Times New Roman" w:cs="Times New Roman"/>
        </w:rPr>
        <w:br/>
        <w:t>KABUPATEN MALINAU</w:t>
      </w:r>
      <w:r w:rsidRPr="00A1102C">
        <w:rPr>
          <w:rFonts w:ascii="Times New Roman" w:hAnsi="Times New Roman" w:cs="Times New Roman"/>
        </w:rPr>
        <w:br/>
        <w:t>TAHUN</w:t>
      </w:r>
      <w:r w:rsidR="007877A0" w:rsidRPr="00A1102C">
        <w:rPr>
          <w:rFonts w:ascii="Times New Roman" w:hAnsi="Times New Roman" w:cs="Times New Roman"/>
        </w:rPr>
        <w:t xml:space="preserve"> 2025</w:t>
      </w:r>
    </w:p>
    <w:p w14:paraId="29F6A838" w14:textId="6DFB5A6E" w:rsidR="00BB2821" w:rsidRPr="00A1102C" w:rsidRDefault="007877A0">
      <w:pPr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FA526F" wp14:editId="50CF3BD0">
                <wp:simplePos x="0" y="0"/>
                <wp:positionH relativeFrom="column">
                  <wp:posOffset>480060</wp:posOffset>
                </wp:positionH>
                <wp:positionV relativeFrom="paragraph">
                  <wp:posOffset>653415</wp:posOffset>
                </wp:positionV>
                <wp:extent cx="5379720" cy="1516380"/>
                <wp:effectExtent l="0" t="0" r="0" b="7620"/>
                <wp:wrapNone/>
                <wp:docPr id="2603641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036E2" w14:textId="77777777" w:rsidR="007877A0" w:rsidRDefault="007877A0" w:rsidP="007877A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both"/>
                            </w:pPr>
                            <w:proofErr w:type="spellStart"/>
                            <w:r>
                              <w:t>bahwa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rangka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meningkatkan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derajat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kesehatan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masyarakat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khususnya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ibu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bayi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balita</w:t>
                            </w:r>
                            <w:proofErr w:type="spellEnd"/>
                            <w:r>
                              <w:t xml:space="preserve">, dan </w:t>
                            </w:r>
                            <w:proofErr w:type="spellStart"/>
                            <w:r>
                              <w:t>lanjut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usia</w:t>
                            </w:r>
                            <w:proofErr w:type="spellEnd"/>
                            <w:r>
                              <w:t xml:space="preserve"> di Desa Sungai Barang, </w:t>
                            </w:r>
                            <w:proofErr w:type="spellStart"/>
                            <w:r>
                              <w:t>perlu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dilaksanakan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Posyandu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secara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berkesinambungan</w:t>
                            </w:r>
                            <w:proofErr w:type="spellEnd"/>
                            <w:r>
                              <w:t>;</w:t>
                            </w:r>
                          </w:p>
                          <w:p w14:paraId="742E68EF" w14:textId="77777777" w:rsidR="007877A0" w:rsidRDefault="007877A0" w:rsidP="007877A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both"/>
                            </w:pPr>
                            <w:proofErr w:type="spellStart"/>
                            <w:r>
                              <w:t>bahwa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untuk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menunjang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kelancaran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pelaksanaan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Posyandu</w:t>
                            </w:r>
                            <w:proofErr w:type="spellEnd"/>
                            <w:r>
                              <w:t xml:space="preserve"> Balita dan </w:t>
                            </w:r>
                            <w:proofErr w:type="spellStart"/>
                            <w:r>
                              <w:t>Lansia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diperlukan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kader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Posyandu</w:t>
                            </w:r>
                            <w:proofErr w:type="spellEnd"/>
                            <w:r>
                              <w:t>;</w:t>
                            </w:r>
                          </w:p>
                          <w:p w14:paraId="3DD8A97F" w14:textId="77777777" w:rsidR="007877A0" w:rsidRDefault="007877A0" w:rsidP="007877A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both"/>
                            </w:pPr>
                            <w:proofErr w:type="spellStart"/>
                            <w:r>
                              <w:t>bahwa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berdasarkan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pertimbangan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tersebut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perlu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ditetapkan</w:t>
                            </w:r>
                            <w:proofErr w:type="spellEnd"/>
                            <w:r>
                              <w:t xml:space="preserve"> Kader </w:t>
                            </w:r>
                            <w:proofErr w:type="spellStart"/>
                            <w:r>
                              <w:t>Posyandu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dengan</w:t>
                            </w:r>
                            <w:proofErr w:type="spellEnd"/>
                            <w:r>
                              <w:t xml:space="preserve"> Keputusan </w:t>
                            </w:r>
                            <w:proofErr w:type="spellStart"/>
                            <w:r>
                              <w:t>Kepala</w:t>
                            </w:r>
                            <w:proofErr w:type="spellEnd"/>
                            <w:r>
                              <w:t xml:space="preserve"> Desa.</w:t>
                            </w:r>
                          </w:p>
                          <w:p w14:paraId="4270A3D7" w14:textId="4AC9E164" w:rsidR="007877A0" w:rsidRDefault="007877A0" w:rsidP="007877A0">
                            <w:pPr>
                              <w:pStyle w:val="ListParagraph"/>
                              <w:jc w:val="both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A52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.8pt;margin-top:51.45pt;width:423.6pt;height:11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" filled="f" stroked="f" strokeweight=".5pt">
                <v:textbox>
                  <w:txbxContent>
                    <w:p w14:paraId="6A6036E2" w14:textId="77777777" w:rsidR="007877A0" w:rsidRDefault="007877A0" w:rsidP="007877A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both"/>
                      </w:pPr>
                      <w:proofErr w:type="spellStart"/>
                      <w:r>
                        <w:t>bahwa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rangka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meningkatkan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derajat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kesehatan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masyarakat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khususnya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ibu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bayi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balita</w:t>
                      </w:r>
                      <w:proofErr w:type="spellEnd"/>
                      <w:r>
                        <w:t xml:space="preserve">, dan </w:t>
                      </w:r>
                      <w:proofErr w:type="spellStart"/>
                      <w:r>
                        <w:t>lanjut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usia</w:t>
                      </w:r>
                      <w:proofErr w:type="spellEnd"/>
                      <w:r>
                        <w:t xml:space="preserve"> di Desa Sungai Barang, </w:t>
                      </w:r>
                      <w:proofErr w:type="spellStart"/>
                      <w:r>
                        <w:t>perlu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dilaksanakan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Posyandu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secara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berkesinambungan</w:t>
                      </w:r>
                      <w:proofErr w:type="spellEnd"/>
                      <w:r>
                        <w:t>;</w:t>
                      </w:r>
                    </w:p>
                    <w:p w14:paraId="742E68EF" w14:textId="77777777" w:rsidR="007877A0" w:rsidRDefault="007877A0" w:rsidP="007877A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both"/>
                      </w:pPr>
                      <w:proofErr w:type="spellStart"/>
                      <w:r>
                        <w:t>bahwa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untuk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menunjang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kelancaran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pelaksanaan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Posyandu</w:t>
                      </w:r>
                      <w:proofErr w:type="spellEnd"/>
                      <w:r>
                        <w:t xml:space="preserve"> Balita dan </w:t>
                      </w:r>
                      <w:proofErr w:type="spellStart"/>
                      <w:r>
                        <w:t>Lansia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diperlukan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kader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Posyandu</w:t>
                      </w:r>
                      <w:proofErr w:type="spellEnd"/>
                      <w:r>
                        <w:t>;</w:t>
                      </w:r>
                    </w:p>
                    <w:p w14:paraId="3DD8A97F" w14:textId="77777777" w:rsidR="007877A0" w:rsidRDefault="007877A0" w:rsidP="007877A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both"/>
                      </w:pPr>
                      <w:proofErr w:type="spellStart"/>
                      <w:r>
                        <w:t>bahwa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berdasarkan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pertimbangan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tersebut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perlu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ditetapkan</w:t>
                      </w:r>
                      <w:proofErr w:type="spellEnd"/>
                      <w:r>
                        <w:t xml:space="preserve"> Kader </w:t>
                      </w:r>
                      <w:proofErr w:type="spellStart"/>
                      <w:r>
                        <w:t>Posyandu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dengan</w:t>
                      </w:r>
                      <w:proofErr w:type="spellEnd"/>
                      <w:r>
                        <w:t xml:space="preserve"> Keputusan </w:t>
                      </w:r>
                      <w:proofErr w:type="spellStart"/>
                      <w:r>
                        <w:t>Kepala</w:t>
                      </w:r>
                      <w:proofErr w:type="spellEnd"/>
                      <w:r>
                        <w:t xml:space="preserve"> Desa.</w:t>
                      </w:r>
                    </w:p>
                    <w:p w14:paraId="4270A3D7" w14:textId="4AC9E164" w:rsidR="007877A0" w:rsidRDefault="007877A0" w:rsidP="007877A0">
                      <w:pPr>
                        <w:pStyle w:val="ListParagraph"/>
                        <w:jc w:val="both"/>
                      </w:pP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A1102C">
        <w:rPr>
          <w:rFonts w:ascii="Times New Roman" w:hAnsi="Times New Roman" w:cs="Times New Roman"/>
        </w:rPr>
        <w:br/>
        <w:t>KEPALA DESA SUNGAI BARANG</w:t>
      </w:r>
      <w:r w:rsidR="00000000" w:rsidRPr="00A1102C">
        <w:rPr>
          <w:rFonts w:ascii="Times New Roman" w:hAnsi="Times New Roman" w:cs="Times New Roman"/>
        </w:rPr>
        <w:br/>
      </w:r>
    </w:p>
    <w:p w14:paraId="76A028CF" w14:textId="55EC86C7" w:rsidR="00BB2821" w:rsidRPr="00A1102C" w:rsidRDefault="00000000">
      <w:p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Menimbang</w:t>
      </w:r>
      <w:proofErr w:type="spellEnd"/>
      <w:r w:rsidRPr="00A1102C">
        <w:rPr>
          <w:rFonts w:ascii="Times New Roman" w:hAnsi="Times New Roman" w:cs="Times New Roman"/>
        </w:rPr>
        <w:t>:</w:t>
      </w:r>
      <w:r w:rsidRPr="00A1102C">
        <w:rPr>
          <w:rFonts w:ascii="Times New Roman" w:hAnsi="Times New Roman" w:cs="Times New Roman"/>
        </w:rPr>
        <w:br/>
      </w:r>
    </w:p>
    <w:p w14:paraId="60F6D27A" w14:textId="77777777" w:rsidR="007877A0" w:rsidRPr="00A1102C" w:rsidRDefault="007877A0">
      <w:pPr>
        <w:rPr>
          <w:rFonts w:ascii="Times New Roman" w:hAnsi="Times New Roman" w:cs="Times New Roman"/>
        </w:rPr>
      </w:pPr>
    </w:p>
    <w:p w14:paraId="1E2C0818" w14:textId="77777777" w:rsidR="007877A0" w:rsidRPr="00A1102C" w:rsidRDefault="007877A0">
      <w:pPr>
        <w:rPr>
          <w:rFonts w:ascii="Times New Roman" w:hAnsi="Times New Roman" w:cs="Times New Roman"/>
        </w:rPr>
      </w:pPr>
    </w:p>
    <w:p w14:paraId="73B3BA29" w14:textId="77777777" w:rsidR="007877A0" w:rsidRPr="00A1102C" w:rsidRDefault="007877A0">
      <w:pPr>
        <w:rPr>
          <w:rFonts w:ascii="Times New Roman" w:hAnsi="Times New Roman" w:cs="Times New Roman"/>
        </w:rPr>
      </w:pPr>
    </w:p>
    <w:p w14:paraId="135A3537" w14:textId="7C34BE57" w:rsidR="007877A0" w:rsidRPr="00A1102C" w:rsidRDefault="007877A0">
      <w:pPr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7144F" wp14:editId="4990B83D">
                <wp:simplePos x="0" y="0"/>
                <wp:positionH relativeFrom="column">
                  <wp:posOffset>426720</wp:posOffset>
                </wp:positionH>
                <wp:positionV relativeFrom="paragraph">
                  <wp:posOffset>279400</wp:posOffset>
                </wp:positionV>
                <wp:extent cx="5532120" cy="1120140"/>
                <wp:effectExtent l="0" t="0" r="0" b="3810"/>
                <wp:wrapNone/>
                <wp:docPr id="20132949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212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F34C9F" w14:textId="77777777" w:rsidR="007877A0" w:rsidRDefault="007877A0" w:rsidP="007877A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proofErr w:type="spellStart"/>
                            <w:r>
                              <w:t>Undang-Undang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6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2014 </w:t>
                            </w:r>
                            <w:proofErr w:type="spellStart"/>
                            <w:r>
                              <w:t>tentang</w:t>
                            </w:r>
                            <w:proofErr w:type="spellEnd"/>
                            <w:r>
                              <w:t xml:space="preserve"> Desa;</w:t>
                            </w:r>
                          </w:p>
                          <w:p w14:paraId="5531FE1B" w14:textId="77777777" w:rsidR="007877A0" w:rsidRDefault="007877A0" w:rsidP="007877A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proofErr w:type="spellStart"/>
                            <w:r>
                              <w:t>Undang-Undang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3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2024 </w:t>
                            </w:r>
                            <w:proofErr w:type="spellStart"/>
                            <w:r>
                              <w:t>tentang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Perubahan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Kedua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Undang-Undang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6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2014 </w:t>
                            </w:r>
                            <w:proofErr w:type="spellStart"/>
                            <w:r>
                              <w:t>tentang</w:t>
                            </w:r>
                            <w:proofErr w:type="spellEnd"/>
                            <w:r>
                              <w:t xml:space="preserve"> Desa;</w:t>
                            </w:r>
                          </w:p>
                          <w:p w14:paraId="271C0CB1" w14:textId="77777777" w:rsidR="007877A0" w:rsidRDefault="007877A0" w:rsidP="007877A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proofErr w:type="spellStart"/>
                            <w:r>
                              <w:t>Undang-Undang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17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2023 </w:t>
                            </w:r>
                            <w:proofErr w:type="spellStart"/>
                            <w:r>
                              <w:t>tentang</w:t>
                            </w:r>
                            <w:proofErr w:type="spellEnd"/>
                            <w:r>
                              <w:t xml:space="preserve"> Kesehatan;</w:t>
                            </w:r>
                          </w:p>
                          <w:p w14:paraId="05DF8CFE" w14:textId="3EBE56FD" w:rsidR="007877A0" w:rsidRDefault="007877A0" w:rsidP="007877A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proofErr w:type="spellStart"/>
                            <w:r>
                              <w:t>Permendagri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18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2018 </w:t>
                            </w:r>
                            <w:proofErr w:type="spellStart"/>
                            <w:r>
                              <w:t>tentang</w:t>
                            </w:r>
                            <w:proofErr w:type="spellEnd"/>
                            <w:r>
                              <w:t xml:space="preserve"> Lembaga </w:t>
                            </w:r>
                            <w:proofErr w:type="spellStart"/>
                            <w:r>
                              <w:t>Kemasyarakatan</w:t>
                            </w:r>
                            <w:proofErr w:type="spellEnd"/>
                            <w:r>
                              <w:t xml:space="preserve"> Desa.</w:t>
                            </w:r>
                            <w:r>
                              <w:br/>
                            </w:r>
                          </w:p>
                          <w:p w14:paraId="12A078B4" w14:textId="77777777" w:rsidR="007877A0" w:rsidRDefault="007877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7144F" id="Text Box 2" o:spid="_x0000_s1027" type="#_x0000_t202" style="position:absolute;margin-left:33.6pt;margin-top:22pt;width:435.6pt;height:8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" filled="f" stroked="f" strokeweight=".5pt">
                <v:textbox>
                  <w:txbxContent>
                    <w:p w14:paraId="3AF34C9F" w14:textId="77777777" w:rsidR="007877A0" w:rsidRDefault="007877A0" w:rsidP="007877A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proofErr w:type="spellStart"/>
                      <w:r>
                        <w:t>Undang-Undang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6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2014 </w:t>
                      </w:r>
                      <w:proofErr w:type="spellStart"/>
                      <w:r>
                        <w:t>tentang</w:t>
                      </w:r>
                      <w:proofErr w:type="spellEnd"/>
                      <w:r>
                        <w:t xml:space="preserve"> Desa;</w:t>
                      </w:r>
                    </w:p>
                    <w:p w14:paraId="5531FE1B" w14:textId="77777777" w:rsidR="007877A0" w:rsidRDefault="007877A0" w:rsidP="007877A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proofErr w:type="spellStart"/>
                      <w:r>
                        <w:t>Undang-Undang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3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2024 </w:t>
                      </w:r>
                      <w:proofErr w:type="spellStart"/>
                      <w:r>
                        <w:t>tentang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Perubahan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Kedua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Undang-Undang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6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2014 </w:t>
                      </w:r>
                      <w:proofErr w:type="spellStart"/>
                      <w:r>
                        <w:t>tentang</w:t>
                      </w:r>
                      <w:proofErr w:type="spellEnd"/>
                      <w:r>
                        <w:t xml:space="preserve"> Desa;</w:t>
                      </w:r>
                    </w:p>
                    <w:p w14:paraId="271C0CB1" w14:textId="77777777" w:rsidR="007877A0" w:rsidRDefault="007877A0" w:rsidP="007877A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proofErr w:type="spellStart"/>
                      <w:r>
                        <w:t>Undang-Undang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17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2023 </w:t>
                      </w:r>
                      <w:proofErr w:type="spellStart"/>
                      <w:r>
                        <w:t>tentang</w:t>
                      </w:r>
                      <w:proofErr w:type="spellEnd"/>
                      <w:r>
                        <w:t xml:space="preserve"> Kesehatan;</w:t>
                      </w:r>
                    </w:p>
                    <w:p w14:paraId="05DF8CFE" w14:textId="3EBE56FD" w:rsidR="007877A0" w:rsidRDefault="007877A0" w:rsidP="007877A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proofErr w:type="spellStart"/>
                      <w:r>
                        <w:t>Permendagri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18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2018 </w:t>
                      </w:r>
                      <w:proofErr w:type="spellStart"/>
                      <w:r>
                        <w:t>tentang</w:t>
                      </w:r>
                      <w:proofErr w:type="spellEnd"/>
                      <w:r>
                        <w:t xml:space="preserve"> Lembaga </w:t>
                      </w:r>
                      <w:proofErr w:type="spellStart"/>
                      <w:r>
                        <w:t>Kemasyarakatan</w:t>
                      </w:r>
                      <w:proofErr w:type="spellEnd"/>
                      <w:r>
                        <w:t xml:space="preserve"> Desa.</w:t>
                      </w:r>
                      <w:r>
                        <w:br/>
                      </w:r>
                    </w:p>
                    <w:p w14:paraId="12A078B4" w14:textId="77777777" w:rsidR="007877A0" w:rsidRDefault="007877A0"/>
                  </w:txbxContent>
                </v:textbox>
              </v:shape>
            </w:pict>
          </mc:Fallback>
        </mc:AlternateContent>
      </w:r>
    </w:p>
    <w:p w14:paraId="794A7D70" w14:textId="6C369ADA" w:rsidR="00BB2821" w:rsidRPr="00A1102C" w:rsidRDefault="00000000">
      <w:p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Mengingat</w:t>
      </w:r>
      <w:proofErr w:type="spellEnd"/>
      <w:r w:rsidRPr="00A1102C">
        <w:rPr>
          <w:rFonts w:ascii="Times New Roman" w:hAnsi="Times New Roman" w:cs="Times New Roman"/>
        </w:rPr>
        <w:t>:</w:t>
      </w:r>
      <w:r w:rsidR="007877A0" w:rsidRPr="00A1102C">
        <w:rPr>
          <w:rFonts w:ascii="Times New Roman" w:hAnsi="Times New Roman" w:cs="Times New Roman"/>
        </w:rPr>
        <w:t xml:space="preserve"> </w:t>
      </w:r>
      <w:r w:rsidRPr="00A1102C">
        <w:rPr>
          <w:rFonts w:ascii="Times New Roman" w:hAnsi="Times New Roman" w:cs="Times New Roman"/>
        </w:rPr>
        <w:br/>
      </w:r>
    </w:p>
    <w:p w14:paraId="6C76886A" w14:textId="77777777" w:rsidR="007877A0" w:rsidRPr="00A1102C" w:rsidRDefault="007877A0">
      <w:pPr>
        <w:rPr>
          <w:rFonts w:ascii="Times New Roman" w:hAnsi="Times New Roman" w:cs="Times New Roman"/>
        </w:rPr>
      </w:pPr>
    </w:p>
    <w:p w14:paraId="5FE4CE4C" w14:textId="77777777" w:rsidR="007877A0" w:rsidRPr="00A1102C" w:rsidRDefault="007877A0">
      <w:pPr>
        <w:rPr>
          <w:rFonts w:ascii="Times New Roman" w:hAnsi="Times New Roman" w:cs="Times New Roman"/>
        </w:rPr>
      </w:pPr>
    </w:p>
    <w:p w14:paraId="7587CB01" w14:textId="77777777" w:rsidR="007877A0" w:rsidRPr="00A1102C" w:rsidRDefault="007877A0">
      <w:pPr>
        <w:rPr>
          <w:rFonts w:ascii="Times New Roman" w:hAnsi="Times New Roman" w:cs="Times New Roman"/>
        </w:rPr>
      </w:pPr>
    </w:p>
    <w:p w14:paraId="39BB35C9" w14:textId="15D05375" w:rsidR="00BB2821" w:rsidRPr="00A1102C" w:rsidRDefault="00A1102C">
      <w:pPr>
        <w:pStyle w:val="Heading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E6886" wp14:editId="438065AA">
                <wp:simplePos x="0" y="0"/>
                <wp:positionH relativeFrom="column">
                  <wp:posOffset>906780</wp:posOffset>
                </wp:positionH>
                <wp:positionV relativeFrom="paragraph">
                  <wp:posOffset>175895</wp:posOffset>
                </wp:positionV>
                <wp:extent cx="5341620" cy="556260"/>
                <wp:effectExtent l="0" t="0" r="0" b="0"/>
                <wp:wrapNone/>
                <wp:docPr id="9053044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620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97182" w14:textId="5FB7D3C2" w:rsidR="00A1102C" w:rsidRDefault="00A1102C">
                            <w:proofErr w:type="spellStart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>Menetapkan</w:t>
                            </w:r>
                            <w:proofErr w:type="spellEnd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 xml:space="preserve"> Kader </w:t>
                            </w:r>
                            <w:proofErr w:type="spellStart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>Posyandu</w:t>
                            </w:r>
                            <w:proofErr w:type="spellEnd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 xml:space="preserve"> Balita dan </w:t>
                            </w:r>
                            <w:proofErr w:type="spellStart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>Lansia</w:t>
                            </w:r>
                            <w:proofErr w:type="spellEnd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 xml:space="preserve"> Desa Sungai Barang </w:t>
                            </w:r>
                            <w:proofErr w:type="spellStart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>sebagaimana</w:t>
                            </w:r>
                            <w:proofErr w:type="spellEnd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>tercantum</w:t>
                            </w:r>
                            <w:proofErr w:type="spellEnd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>dalam</w:t>
                            </w:r>
                            <w:proofErr w:type="spellEnd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>lampiran</w:t>
                            </w:r>
                            <w:proofErr w:type="spellEnd"/>
                            <w:r w:rsidRPr="00A1102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E6886" id="Text Box 3" o:spid="_x0000_s1028" type="#_x0000_t202" style="position:absolute;margin-left:71.4pt;margin-top:13.85pt;width:420.6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" filled="f" stroked="f" strokeweight=".5pt">
                <v:textbox>
                  <w:txbxContent>
                    <w:p w14:paraId="25097182" w14:textId="5FB7D3C2" w:rsidR="00A1102C" w:rsidRDefault="00A1102C">
                      <w:proofErr w:type="spellStart"/>
                      <w:r w:rsidRPr="00A1102C">
                        <w:rPr>
                          <w:rFonts w:ascii="Times New Roman" w:hAnsi="Times New Roman" w:cs="Times New Roman"/>
                        </w:rPr>
                        <w:t>Menetapkan</w:t>
                      </w:r>
                      <w:proofErr w:type="spellEnd"/>
                      <w:r w:rsidRPr="00A1102C">
                        <w:rPr>
                          <w:rFonts w:ascii="Times New Roman" w:hAnsi="Times New Roman" w:cs="Times New Roman"/>
                        </w:rPr>
                        <w:t xml:space="preserve"> Kader </w:t>
                      </w:r>
                      <w:proofErr w:type="spellStart"/>
                      <w:r w:rsidRPr="00A1102C">
                        <w:rPr>
                          <w:rFonts w:ascii="Times New Roman" w:hAnsi="Times New Roman" w:cs="Times New Roman"/>
                        </w:rPr>
                        <w:t>Posyandu</w:t>
                      </w:r>
                      <w:proofErr w:type="spellEnd"/>
                      <w:r w:rsidRPr="00A1102C">
                        <w:rPr>
                          <w:rFonts w:ascii="Times New Roman" w:hAnsi="Times New Roman" w:cs="Times New Roman"/>
                        </w:rPr>
                        <w:t xml:space="preserve"> Balita dan </w:t>
                      </w:r>
                      <w:proofErr w:type="spellStart"/>
                      <w:r w:rsidRPr="00A1102C">
                        <w:rPr>
                          <w:rFonts w:ascii="Times New Roman" w:hAnsi="Times New Roman" w:cs="Times New Roman"/>
                        </w:rPr>
                        <w:t>Lansia</w:t>
                      </w:r>
                      <w:proofErr w:type="spellEnd"/>
                      <w:r w:rsidRPr="00A1102C">
                        <w:rPr>
                          <w:rFonts w:ascii="Times New Roman" w:hAnsi="Times New Roman" w:cs="Times New Roman"/>
                        </w:rPr>
                        <w:t xml:space="preserve"> Desa Sungai Barang </w:t>
                      </w:r>
                      <w:proofErr w:type="spellStart"/>
                      <w:r w:rsidRPr="00A1102C">
                        <w:rPr>
                          <w:rFonts w:ascii="Times New Roman" w:hAnsi="Times New Roman" w:cs="Times New Roman"/>
                        </w:rPr>
                        <w:t>sebagaimana</w:t>
                      </w:r>
                      <w:proofErr w:type="spellEnd"/>
                      <w:r w:rsidRPr="00A1102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A1102C">
                        <w:rPr>
                          <w:rFonts w:ascii="Times New Roman" w:hAnsi="Times New Roman" w:cs="Times New Roman"/>
                        </w:rPr>
                        <w:t>tercantum</w:t>
                      </w:r>
                      <w:proofErr w:type="spellEnd"/>
                      <w:r w:rsidRPr="00A1102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A1102C">
                        <w:rPr>
                          <w:rFonts w:ascii="Times New Roman" w:hAnsi="Times New Roman" w:cs="Times New Roman"/>
                        </w:rPr>
                        <w:t>dalam</w:t>
                      </w:r>
                      <w:proofErr w:type="spellEnd"/>
                      <w:r w:rsidRPr="00A1102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A1102C">
                        <w:rPr>
                          <w:rFonts w:ascii="Times New Roman" w:hAnsi="Times New Roman" w:cs="Times New Roman"/>
                        </w:rPr>
                        <w:t>lampiran</w:t>
                      </w:r>
                      <w:proofErr w:type="spellEnd"/>
                      <w:r w:rsidRPr="00A1102C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A1102C">
        <w:rPr>
          <w:rFonts w:ascii="Times New Roman" w:hAnsi="Times New Roman" w:cs="Times New Roman"/>
          <w:color w:val="auto"/>
        </w:rPr>
        <w:t>MEMUTUSKAN</w:t>
      </w:r>
    </w:p>
    <w:p w14:paraId="11654D76" w14:textId="48E9DF82" w:rsidR="00A1102C" w:rsidRDefault="00000000">
      <w:pPr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</w:rPr>
        <w:t>KESATU</w:t>
      </w:r>
      <w:r w:rsid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 xml:space="preserve">: </w:t>
      </w:r>
    </w:p>
    <w:p w14:paraId="656F5CED" w14:textId="4599D200" w:rsidR="008A5B8B" w:rsidRDefault="00000000">
      <w:pPr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</w:rPr>
        <w:br/>
        <w:t>KEDUA</w:t>
      </w:r>
      <w:r w:rsid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>:</w:t>
      </w:r>
      <w:r w:rsidR="00A1102C">
        <w:rPr>
          <w:rFonts w:ascii="Times New Roman" w:hAnsi="Times New Roman" w:cs="Times New Roman"/>
        </w:rPr>
        <w:t xml:space="preserve"> </w:t>
      </w:r>
      <w:r w:rsidRPr="00A1102C">
        <w:rPr>
          <w:rFonts w:ascii="Times New Roman" w:hAnsi="Times New Roman" w:cs="Times New Roman"/>
        </w:rPr>
        <w:t xml:space="preserve">Kader </w:t>
      </w:r>
      <w:proofErr w:type="spellStart"/>
      <w:r w:rsidRPr="00A1102C">
        <w:rPr>
          <w:rFonts w:ascii="Times New Roman" w:hAnsi="Times New Roman" w:cs="Times New Roman"/>
        </w:rPr>
        <w:t>Posyandu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proofErr w:type="spellStart"/>
      <w:r w:rsidRPr="00A1102C">
        <w:rPr>
          <w:rFonts w:ascii="Times New Roman" w:hAnsi="Times New Roman" w:cs="Times New Roman"/>
        </w:rPr>
        <w:t>melaksanakan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proofErr w:type="spellStart"/>
      <w:r w:rsidRPr="00A1102C">
        <w:rPr>
          <w:rFonts w:ascii="Times New Roman" w:hAnsi="Times New Roman" w:cs="Times New Roman"/>
        </w:rPr>
        <w:t>pelayanan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proofErr w:type="spellStart"/>
      <w:r w:rsidRPr="00A1102C">
        <w:rPr>
          <w:rFonts w:ascii="Times New Roman" w:hAnsi="Times New Roman" w:cs="Times New Roman"/>
        </w:rPr>
        <w:t>kesehatan</w:t>
      </w:r>
      <w:proofErr w:type="spellEnd"/>
      <w:r w:rsidRPr="00A1102C">
        <w:rPr>
          <w:rFonts w:ascii="Times New Roman" w:hAnsi="Times New Roman" w:cs="Times New Roman"/>
        </w:rPr>
        <w:t xml:space="preserve"> masyarakat.</w:t>
      </w:r>
      <w:r w:rsidRPr="00A1102C">
        <w:rPr>
          <w:rFonts w:ascii="Times New Roman" w:hAnsi="Times New Roman" w:cs="Times New Roman"/>
        </w:rPr>
        <w:br/>
        <w:t>KETIGA</w:t>
      </w:r>
      <w:r w:rsid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 xml:space="preserve">: Segala </w:t>
      </w:r>
      <w:proofErr w:type="spellStart"/>
      <w:r w:rsidRPr="00A1102C">
        <w:rPr>
          <w:rFonts w:ascii="Times New Roman" w:hAnsi="Times New Roman" w:cs="Times New Roman"/>
        </w:rPr>
        <w:t>biaya</w:t>
      </w:r>
      <w:proofErr w:type="spellEnd"/>
      <w:r w:rsidRPr="00A1102C">
        <w:rPr>
          <w:rFonts w:ascii="Times New Roman" w:hAnsi="Times New Roman" w:cs="Times New Roman"/>
        </w:rPr>
        <w:t xml:space="preserve"> dibebankan pada APBDes Sungai Barang.</w:t>
      </w:r>
      <w:r w:rsidRPr="00A1102C">
        <w:rPr>
          <w:rFonts w:ascii="Times New Roman" w:hAnsi="Times New Roman" w:cs="Times New Roman"/>
        </w:rPr>
        <w:br/>
        <w:t>KEEMPAT</w:t>
      </w:r>
      <w:r w:rsid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 xml:space="preserve">: Keputusan </w:t>
      </w:r>
      <w:proofErr w:type="spellStart"/>
      <w:r w:rsidRPr="00A1102C">
        <w:rPr>
          <w:rFonts w:ascii="Times New Roman" w:hAnsi="Times New Roman" w:cs="Times New Roman"/>
        </w:rPr>
        <w:t>ini</w:t>
      </w:r>
      <w:proofErr w:type="spellEnd"/>
      <w:r w:rsidRPr="00A1102C">
        <w:rPr>
          <w:rFonts w:ascii="Times New Roman" w:hAnsi="Times New Roman" w:cs="Times New Roman"/>
        </w:rPr>
        <w:t xml:space="preserve"> berlaku sejak tanggal ditetapkan.</w:t>
      </w:r>
      <w:r w:rsidRPr="00A1102C">
        <w:rPr>
          <w:rFonts w:ascii="Times New Roman" w:hAnsi="Times New Roman" w:cs="Times New Roman"/>
        </w:rPr>
        <w:br/>
      </w:r>
    </w:p>
    <w:p w14:paraId="290E4C4F" w14:textId="77777777" w:rsidR="008A5B8B" w:rsidRPr="00A1102C" w:rsidRDefault="008A5B8B">
      <w:pPr>
        <w:rPr>
          <w:rFonts w:ascii="Times New Roman" w:hAnsi="Times New Roman" w:cs="Times New Roman"/>
        </w:rPr>
      </w:pPr>
    </w:p>
    <w:p w14:paraId="3569C4FD" w14:textId="2AE8CD49" w:rsidR="008A5B8B" w:rsidRPr="008A5B8B" w:rsidRDefault="008A5B8B" w:rsidP="008A5B8B">
      <w:pPr>
        <w:jc w:val="right"/>
      </w:pPr>
      <w:proofErr w:type="spellStart"/>
      <w:r w:rsidRPr="008A5B8B">
        <w:t>Ditetapkan</w:t>
      </w:r>
      <w:proofErr w:type="spellEnd"/>
      <w:r w:rsidRPr="008A5B8B">
        <w:t xml:space="preserve"> </w:t>
      </w:r>
      <w:proofErr w:type="gramStart"/>
      <w:r w:rsidRPr="008A5B8B">
        <w:t>di :</w:t>
      </w:r>
      <w:proofErr w:type="gramEnd"/>
      <w:r w:rsidRPr="008A5B8B">
        <w:t xml:space="preserve"> </w:t>
      </w:r>
      <w:r w:rsidRPr="008A5B8B">
        <w:rPr>
          <w:b/>
          <w:bCs/>
        </w:rPr>
        <w:t>Sungai Barang</w:t>
      </w:r>
      <w:r w:rsidRPr="008A5B8B">
        <w:br/>
      </w:r>
      <w:r w:rsidRPr="008A5B8B">
        <w:rPr>
          <w:u w:val="single"/>
        </w:rPr>
        <w:t xml:space="preserve">Pada </w:t>
      </w:r>
      <w:proofErr w:type="spellStart"/>
      <w:proofErr w:type="gramStart"/>
      <w:r w:rsidRPr="008A5B8B">
        <w:rPr>
          <w:u w:val="single"/>
        </w:rPr>
        <w:t>tanggal</w:t>
      </w:r>
      <w:proofErr w:type="spellEnd"/>
      <w:r w:rsidRPr="008A5B8B">
        <w:rPr>
          <w:u w:val="single"/>
        </w:rPr>
        <w:t xml:space="preserve"> :</w:t>
      </w:r>
      <w:proofErr w:type="gramEnd"/>
      <w:r w:rsidRPr="008A5B8B">
        <w:rPr>
          <w:u w:val="single"/>
        </w:rPr>
        <w:t xml:space="preserve"> </w:t>
      </w:r>
      <w:r w:rsidRPr="008A5B8B">
        <w:rPr>
          <w:b/>
          <w:bCs/>
          <w:u w:val="single"/>
        </w:rPr>
        <w:t>1 Januari 2025</w:t>
      </w:r>
    </w:p>
    <w:p w14:paraId="35B6EDA3" w14:textId="77777777" w:rsidR="008A5B8B" w:rsidRPr="008A5B8B" w:rsidRDefault="008A5B8B" w:rsidP="008A5B8B">
      <w:pPr>
        <w:jc w:val="right"/>
        <w:rPr>
          <w:rFonts w:ascii="Times New Roman" w:hAnsi="Times New Roman" w:cs="Times New Roman"/>
        </w:rPr>
      </w:pPr>
      <w:r w:rsidRPr="008A5B8B">
        <w:rPr>
          <w:rFonts w:ascii="Times New Roman" w:hAnsi="Times New Roman" w:cs="Times New Roman"/>
          <w:b/>
          <w:bCs/>
        </w:rPr>
        <w:t>KEPALA DESA SUNGAI BARANG</w:t>
      </w:r>
    </w:p>
    <w:p w14:paraId="71106F12" w14:textId="4A4FC6FA" w:rsidR="00BB2821" w:rsidRDefault="00BB2821">
      <w:pPr>
        <w:rPr>
          <w:rFonts w:ascii="Times New Roman" w:hAnsi="Times New Roman" w:cs="Times New Roman"/>
          <w:b/>
          <w:bCs/>
        </w:rPr>
      </w:pPr>
    </w:p>
    <w:p w14:paraId="543ED686" w14:textId="77777777" w:rsidR="008A5B8B" w:rsidRDefault="008A5B8B">
      <w:pPr>
        <w:rPr>
          <w:rFonts w:ascii="Times New Roman" w:hAnsi="Times New Roman" w:cs="Times New Roman"/>
          <w:b/>
          <w:bCs/>
        </w:rPr>
      </w:pPr>
    </w:p>
    <w:p w14:paraId="16BED5DD" w14:textId="24924127" w:rsidR="008A5B8B" w:rsidRDefault="008A5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BATO UBANG, SE</w:t>
      </w:r>
    </w:p>
    <w:p w14:paraId="7510104C" w14:textId="77777777" w:rsidR="008A5B8B" w:rsidRPr="00A1102C" w:rsidRDefault="008A5B8B">
      <w:pPr>
        <w:rPr>
          <w:rFonts w:ascii="Times New Roman" w:hAnsi="Times New Roman" w:cs="Times New Roman"/>
        </w:rPr>
      </w:pPr>
    </w:p>
    <w:p w14:paraId="1E82097D" w14:textId="77777777" w:rsidR="00BB2821" w:rsidRPr="00A1102C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A1102C">
        <w:rPr>
          <w:rFonts w:ascii="Times New Roman" w:hAnsi="Times New Roman" w:cs="Times New Roman"/>
          <w:color w:val="auto"/>
        </w:rPr>
        <w:lastRenderedPageBreak/>
        <w:t>LAMPIRAN</w:t>
      </w:r>
    </w:p>
    <w:p w14:paraId="7DB2D54D" w14:textId="77777777" w:rsidR="00BB2821" w:rsidRPr="00A1102C" w:rsidRDefault="00000000">
      <w:pPr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</w:rPr>
        <w:t>SUSUNAN KADER POSYANDU BALITA DAN LANSIA</w:t>
      </w:r>
      <w:r w:rsidRPr="00A1102C">
        <w:rPr>
          <w:rFonts w:ascii="Times New Roman" w:hAnsi="Times New Roman" w:cs="Times New Roman"/>
        </w:rPr>
        <w:br/>
      </w:r>
    </w:p>
    <w:p w14:paraId="2C4D177A" w14:textId="248A657C" w:rsidR="007877A0" w:rsidRPr="00A1102C" w:rsidRDefault="00000000" w:rsidP="007877A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Posyandu</w:t>
      </w:r>
      <w:proofErr w:type="spellEnd"/>
      <w:r w:rsidRPr="00A1102C">
        <w:rPr>
          <w:rFonts w:ascii="Times New Roman" w:hAnsi="Times New Roman" w:cs="Times New Roman"/>
        </w:rPr>
        <w:t xml:space="preserve"> Balita</w:t>
      </w:r>
    </w:p>
    <w:p w14:paraId="2772A3DF" w14:textId="2439D7E0" w:rsidR="007877A0" w:rsidRPr="00A1102C" w:rsidRDefault="00000000" w:rsidP="007877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Ketua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r w:rsidR="007877A0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 xml:space="preserve">: </w:t>
      </w:r>
      <w:r w:rsidR="00A1102C" w:rsidRPr="00A1102C">
        <w:rPr>
          <w:rFonts w:ascii="Times New Roman" w:hAnsi="Times New Roman" w:cs="Times New Roman"/>
        </w:rPr>
        <w:t>Sika Yuliana</w:t>
      </w:r>
    </w:p>
    <w:p w14:paraId="434B6AD7" w14:textId="74CE00DE" w:rsidR="007877A0" w:rsidRPr="00A1102C" w:rsidRDefault="00000000" w:rsidP="007877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Sekretaris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r w:rsidR="007877A0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 xml:space="preserve">: </w:t>
      </w:r>
      <w:r w:rsidR="00A1102C" w:rsidRPr="00A1102C">
        <w:rPr>
          <w:rFonts w:ascii="Times New Roman" w:hAnsi="Times New Roman" w:cs="Times New Roman"/>
        </w:rPr>
        <w:t>Sovia Adie</w:t>
      </w:r>
    </w:p>
    <w:p w14:paraId="19FFE2FB" w14:textId="536744A3" w:rsidR="007877A0" w:rsidRPr="00A1102C" w:rsidRDefault="00000000" w:rsidP="007877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Bendahara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r w:rsidR="007877A0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 xml:space="preserve">: </w:t>
      </w:r>
      <w:r w:rsidR="00A1102C" w:rsidRPr="00A1102C">
        <w:rPr>
          <w:rFonts w:ascii="Times New Roman" w:hAnsi="Times New Roman" w:cs="Times New Roman"/>
        </w:rPr>
        <w:t>Bulan Anyan</w:t>
      </w:r>
    </w:p>
    <w:p w14:paraId="688D16FF" w14:textId="05F3EDB2" w:rsidR="00A1102C" w:rsidRPr="00A1102C" w:rsidRDefault="007877A0" w:rsidP="007877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</w:rPr>
        <w:t xml:space="preserve">Kader </w:t>
      </w:r>
      <w:r w:rsidR="00A1102C" w:rsidRPr="00A1102C">
        <w:rPr>
          <w:rFonts w:ascii="Times New Roman" w:hAnsi="Times New Roman" w:cs="Times New Roman"/>
        </w:rPr>
        <w:t>Kesehatan Ibu dan Anak</w:t>
      </w:r>
      <w:r w:rsidRPr="00A1102C">
        <w:rPr>
          <w:rFonts w:ascii="Times New Roman" w:hAnsi="Times New Roman" w:cs="Times New Roman"/>
        </w:rPr>
        <w:tab/>
        <w:t xml:space="preserve">: </w:t>
      </w:r>
      <w:proofErr w:type="spellStart"/>
      <w:r w:rsidR="00A1102C" w:rsidRPr="00A1102C">
        <w:rPr>
          <w:rFonts w:ascii="Times New Roman" w:hAnsi="Times New Roman" w:cs="Times New Roman"/>
        </w:rPr>
        <w:t>Karistina</w:t>
      </w:r>
      <w:proofErr w:type="spellEnd"/>
      <w:r w:rsidR="00A1102C" w:rsidRPr="00A1102C">
        <w:rPr>
          <w:rFonts w:ascii="Times New Roman" w:hAnsi="Times New Roman" w:cs="Times New Roman"/>
        </w:rPr>
        <w:t xml:space="preserve"> </w:t>
      </w:r>
      <w:proofErr w:type="spellStart"/>
      <w:r w:rsidR="00A1102C" w:rsidRPr="00A1102C">
        <w:rPr>
          <w:rFonts w:ascii="Times New Roman" w:hAnsi="Times New Roman" w:cs="Times New Roman"/>
        </w:rPr>
        <w:t>Bilang</w:t>
      </w:r>
      <w:proofErr w:type="spellEnd"/>
    </w:p>
    <w:p w14:paraId="4B931FBE" w14:textId="2B15CA19" w:rsidR="007877A0" w:rsidRPr="00A1102C" w:rsidRDefault="00A1102C" w:rsidP="007877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</w:rPr>
        <w:t>Kader Gizi</w:t>
      </w:r>
      <w:r w:rsidRP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ab/>
        <w:t>: Surya Lawai</w:t>
      </w:r>
      <w:r w:rsidR="00000000" w:rsidRPr="00A1102C">
        <w:rPr>
          <w:rFonts w:ascii="Times New Roman" w:hAnsi="Times New Roman" w:cs="Times New Roman"/>
        </w:rPr>
        <w:br/>
      </w:r>
    </w:p>
    <w:p w14:paraId="6B8BAB1B" w14:textId="77777777" w:rsidR="007877A0" w:rsidRPr="00A1102C" w:rsidRDefault="00000000" w:rsidP="007877A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Posyandu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proofErr w:type="spellStart"/>
      <w:r w:rsidRPr="00A1102C">
        <w:rPr>
          <w:rFonts w:ascii="Times New Roman" w:hAnsi="Times New Roman" w:cs="Times New Roman"/>
        </w:rPr>
        <w:t>Lansia</w:t>
      </w:r>
      <w:proofErr w:type="spellEnd"/>
    </w:p>
    <w:p w14:paraId="1859DCE0" w14:textId="673D9ED1" w:rsidR="007877A0" w:rsidRPr="00A1102C" w:rsidRDefault="00000000" w:rsidP="007877A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Ketua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r w:rsidR="007877A0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 xml:space="preserve">: </w:t>
      </w:r>
      <w:proofErr w:type="spellStart"/>
      <w:r w:rsidR="007877A0" w:rsidRPr="00A1102C">
        <w:rPr>
          <w:rFonts w:ascii="Times New Roman" w:hAnsi="Times New Roman" w:cs="Times New Roman"/>
        </w:rPr>
        <w:t>Nopilis</w:t>
      </w:r>
      <w:proofErr w:type="spellEnd"/>
      <w:r w:rsidR="007877A0" w:rsidRPr="00A1102C">
        <w:rPr>
          <w:rFonts w:ascii="Times New Roman" w:hAnsi="Times New Roman" w:cs="Times New Roman"/>
        </w:rPr>
        <w:t xml:space="preserve"> Alang</w:t>
      </w:r>
    </w:p>
    <w:p w14:paraId="11E55C35" w14:textId="790ECD51" w:rsidR="007877A0" w:rsidRPr="00A1102C" w:rsidRDefault="00000000" w:rsidP="007877A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Sekretaris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r w:rsidR="007877A0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>:</w:t>
      </w:r>
      <w:r w:rsidR="007877A0" w:rsidRPr="00A1102C">
        <w:rPr>
          <w:rFonts w:ascii="Times New Roman" w:hAnsi="Times New Roman" w:cs="Times New Roman"/>
        </w:rPr>
        <w:t xml:space="preserve"> </w:t>
      </w:r>
      <w:proofErr w:type="spellStart"/>
      <w:r w:rsidR="007877A0" w:rsidRPr="00A1102C">
        <w:rPr>
          <w:rFonts w:ascii="Times New Roman" w:hAnsi="Times New Roman" w:cs="Times New Roman"/>
        </w:rPr>
        <w:t>Lengken</w:t>
      </w:r>
      <w:proofErr w:type="spellEnd"/>
      <w:r w:rsidR="007877A0" w:rsidRPr="00A1102C">
        <w:rPr>
          <w:rFonts w:ascii="Times New Roman" w:hAnsi="Times New Roman" w:cs="Times New Roman"/>
        </w:rPr>
        <w:t xml:space="preserve"> </w:t>
      </w:r>
      <w:proofErr w:type="spellStart"/>
      <w:r w:rsidR="007877A0" w:rsidRPr="00A1102C">
        <w:rPr>
          <w:rFonts w:ascii="Times New Roman" w:hAnsi="Times New Roman" w:cs="Times New Roman"/>
        </w:rPr>
        <w:t>Kilet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</w:p>
    <w:p w14:paraId="556ADB33" w14:textId="1CCF4E76" w:rsidR="00A1102C" w:rsidRPr="00A1102C" w:rsidRDefault="00000000" w:rsidP="007877A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A1102C">
        <w:rPr>
          <w:rFonts w:ascii="Times New Roman" w:hAnsi="Times New Roman" w:cs="Times New Roman"/>
        </w:rPr>
        <w:t>Bendahara</w:t>
      </w:r>
      <w:proofErr w:type="spellEnd"/>
      <w:r w:rsidRPr="00A1102C">
        <w:rPr>
          <w:rFonts w:ascii="Times New Roman" w:hAnsi="Times New Roman" w:cs="Times New Roman"/>
        </w:rPr>
        <w:t xml:space="preserve"> </w:t>
      </w:r>
      <w:r w:rsidR="007877A0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A1102C" w:rsidRPr="00A1102C">
        <w:rPr>
          <w:rFonts w:ascii="Times New Roman" w:hAnsi="Times New Roman" w:cs="Times New Roman"/>
        </w:rPr>
        <w:tab/>
      </w:r>
      <w:r w:rsidR="007877A0" w:rsidRPr="00A1102C">
        <w:rPr>
          <w:rFonts w:ascii="Times New Roman" w:hAnsi="Times New Roman" w:cs="Times New Roman"/>
        </w:rPr>
        <w:t xml:space="preserve">: Veron </w:t>
      </w:r>
      <w:proofErr w:type="spellStart"/>
      <w:r w:rsidR="007877A0" w:rsidRPr="00A1102C">
        <w:rPr>
          <w:rFonts w:ascii="Times New Roman" w:hAnsi="Times New Roman" w:cs="Times New Roman"/>
        </w:rPr>
        <w:t>Urei</w:t>
      </w:r>
      <w:proofErr w:type="spellEnd"/>
      <w:r w:rsidR="007877A0" w:rsidRPr="00A1102C">
        <w:rPr>
          <w:rFonts w:ascii="Times New Roman" w:hAnsi="Times New Roman" w:cs="Times New Roman"/>
        </w:rPr>
        <w:t xml:space="preserve"> Lawai</w:t>
      </w:r>
    </w:p>
    <w:p w14:paraId="50ADE375" w14:textId="5568B55F" w:rsidR="00BB2821" w:rsidRDefault="00A1102C" w:rsidP="007877A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A1102C">
        <w:rPr>
          <w:rFonts w:ascii="Times New Roman" w:hAnsi="Times New Roman" w:cs="Times New Roman"/>
        </w:rPr>
        <w:t>Kader Humas</w:t>
      </w:r>
      <w:r w:rsidRP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ab/>
      </w:r>
      <w:r w:rsidRPr="00A1102C">
        <w:rPr>
          <w:rFonts w:ascii="Times New Roman" w:hAnsi="Times New Roman" w:cs="Times New Roman"/>
        </w:rPr>
        <w:tab/>
        <w:t xml:space="preserve">: </w:t>
      </w:r>
      <w:proofErr w:type="spellStart"/>
      <w:r w:rsidRPr="00A1102C">
        <w:rPr>
          <w:rFonts w:ascii="Times New Roman" w:hAnsi="Times New Roman" w:cs="Times New Roman"/>
        </w:rPr>
        <w:t>Makrajan</w:t>
      </w:r>
      <w:proofErr w:type="spellEnd"/>
      <w:r w:rsidR="00000000" w:rsidRPr="00A1102C">
        <w:rPr>
          <w:rFonts w:ascii="Times New Roman" w:hAnsi="Times New Roman" w:cs="Times New Roman"/>
        </w:rPr>
        <w:br/>
      </w:r>
    </w:p>
    <w:p w14:paraId="43AF6A1E" w14:textId="77777777" w:rsidR="008A5B8B" w:rsidRPr="008A5B8B" w:rsidRDefault="008A5B8B" w:rsidP="008A5B8B"/>
    <w:p w14:paraId="3CBF3626" w14:textId="77777777" w:rsidR="008A5B8B" w:rsidRPr="008A5B8B" w:rsidRDefault="008A5B8B" w:rsidP="008A5B8B"/>
    <w:p w14:paraId="55251769" w14:textId="77777777" w:rsidR="008A5B8B" w:rsidRPr="008A5B8B" w:rsidRDefault="008A5B8B" w:rsidP="008A5B8B"/>
    <w:p w14:paraId="1908F6FF" w14:textId="77777777" w:rsidR="008A5B8B" w:rsidRPr="008A5B8B" w:rsidRDefault="008A5B8B" w:rsidP="008A5B8B"/>
    <w:p w14:paraId="5BF046D3" w14:textId="77777777" w:rsidR="008A5B8B" w:rsidRPr="008A5B8B" w:rsidRDefault="008A5B8B" w:rsidP="008A5B8B"/>
    <w:p w14:paraId="2D898A8A" w14:textId="77777777" w:rsidR="008A5B8B" w:rsidRPr="008A5B8B" w:rsidRDefault="008A5B8B" w:rsidP="008A5B8B"/>
    <w:p w14:paraId="2EB49063" w14:textId="77777777" w:rsidR="008A5B8B" w:rsidRDefault="008A5B8B" w:rsidP="008A5B8B">
      <w:pPr>
        <w:rPr>
          <w:rFonts w:ascii="Times New Roman" w:hAnsi="Times New Roman" w:cs="Times New Roman"/>
        </w:rPr>
      </w:pPr>
    </w:p>
    <w:p w14:paraId="6CA0CD5E" w14:textId="77777777" w:rsidR="008A5B8B" w:rsidRPr="008A5B8B" w:rsidRDefault="008A5B8B" w:rsidP="008A5B8B">
      <w:pPr>
        <w:jc w:val="right"/>
        <w:rPr>
          <w:rFonts w:ascii="Times New Roman" w:hAnsi="Times New Roman" w:cs="Times New Roman"/>
        </w:rPr>
      </w:pPr>
      <w:r>
        <w:tab/>
      </w:r>
      <w:r w:rsidRPr="008A5B8B">
        <w:rPr>
          <w:rFonts w:ascii="Times New Roman" w:hAnsi="Times New Roman" w:cs="Times New Roman"/>
          <w:b/>
          <w:bCs/>
        </w:rPr>
        <w:t>KEPALA DESA SUNGAI BARANG</w:t>
      </w:r>
    </w:p>
    <w:p w14:paraId="6FF3804A" w14:textId="77777777" w:rsidR="008A5B8B" w:rsidRDefault="008A5B8B" w:rsidP="008A5B8B">
      <w:pPr>
        <w:rPr>
          <w:rFonts w:ascii="Times New Roman" w:hAnsi="Times New Roman" w:cs="Times New Roman"/>
          <w:b/>
          <w:bCs/>
        </w:rPr>
      </w:pPr>
    </w:p>
    <w:p w14:paraId="6B8D7B82" w14:textId="77777777" w:rsidR="008A5B8B" w:rsidRDefault="008A5B8B" w:rsidP="008A5B8B">
      <w:pPr>
        <w:rPr>
          <w:rFonts w:ascii="Times New Roman" w:hAnsi="Times New Roman" w:cs="Times New Roman"/>
          <w:b/>
          <w:bCs/>
        </w:rPr>
      </w:pPr>
    </w:p>
    <w:p w14:paraId="2DC82855" w14:textId="77777777" w:rsidR="008A5B8B" w:rsidRDefault="008A5B8B" w:rsidP="008A5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BATO UBANG, SE</w:t>
      </w:r>
    </w:p>
    <w:p w14:paraId="760224C7" w14:textId="72C01353" w:rsidR="008A5B8B" w:rsidRPr="008A5B8B" w:rsidRDefault="008A5B8B" w:rsidP="008A5B8B">
      <w:pPr>
        <w:tabs>
          <w:tab w:val="left" w:pos="7020"/>
        </w:tabs>
      </w:pPr>
    </w:p>
    <w:sectPr w:rsidR="008A5B8B" w:rsidRPr="008A5B8B" w:rsidSect="0073128F">
      <w:pgSz w:w="12240" w:h="20160" w:code="5"/>
      <w:pgMar w:top="567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7C5A82"/>
    <w:multiLevelType w:val="hybridMultilevel"/>
    <w:tmpl w:val="EA705844"/>
    <w:lvl w:ilvl="0" w:tplc="13725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6D4AA2"/>
    <w:multiLevelType w:val="hybridMultilevel"/>
    <w:tmpl w:val="9E6E85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22994"/>
    <w:multiLevelType w:val="hybridMultilevel"/>
    <w:tmpl w:val="32BCE83C"/>
    <w:lvl w:ilvl="0" w:tplc="CDDAC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470A09"/>
    <w:multiLevelType w:val="hybridMultilevel"/>
    <w:tmpl w:val="0C6AA1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00ADB"/>
    <w:multiLevelType w:val="hybridMultilevel"/>
    <w:tmpl w:val="EDAEC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803046">
    <w:abstractNumId w:val="8"/>
  </w:num>
  <w:num w:numId="2" w16cid:durableId="1281768458">
    <w:abstractNumId w:val="6"/>
  </w:num>
  <w:num w:numId="3" w16cid:durableId="2120834695">
    <w:abstractNumId w:val="5"/>
  </w:num>
  <w:num w:numId="4" w16cid:durableId="1309631983">
    <w:abstractNumId w:val="4"/>
  </w:num>
  <w:num w:numId="5" w16cid:durableId="787747028">
    <w:abstractNumId w:val="7"/>
  </w:num>
  <w:num w:numId="6" w16cid:durableId="975262857">
    <w:abstractNumId w:val="3"/>
  </w:num>
  <w:num w:numId="7" w16cid:durableId="1863029">
    <w:abstractNumId w:val="2"/>
  </w:num>
  <w:num w:numId="8" w16cid:durableId="581915339">
    <w:abstractNumId w:val="1"/>
  </w:num>
  <w:num w:numId="9" w16cid:durableId="2016372578">
    <w:abstractNumId w:val="0"/>
  </w:num>
  <w:num w:numId="10" w16cid:durableId="522088285">
    <w:abstractNumId w:val="12"/>
  </w:num>
  <w:num w:numId="11" w16cid:durableId="416251631">
    <w:abstractNumId w:val="13"/>
  </w:num>
  <w:num w:numId="12" w16cid:durableId="1257908264">
    <w:abstractNumId w:val="10"/>
  </w:num>
  <w:num w:numId="13" w16cid:durableId="1700159790">
    <w:abstractNumId w:val="11"/>
  </w:num>
  <w:num w:numId="14" w16cid:durableId="19868112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3128F"/>
    <w:rsid w:val="007877A0"/>
    <w:rsid w:val="008A5B8B"/>
    <w:rsid w:val="00A1102C"/>
    <w:rsid w:val="00AA1D8D"/>
    <w:rsid w:val="00B47730"/>
    <w:rsid w:val="00BB2821"/>
    <w:rsid w:val="00C140E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9C26F"/>
  <w14:defaultImageDpi w14:val="300"/>
  <w15:docId w15:val="{2C7D5989-5980-4A05-B771-FBC96063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A5B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Jefri Desemduni</cp:lastModifiedBy>
  <cp:revision>3</cp:revision>
  <cp:lastPrinted>2026-01-21T13:53:00Z</cp:lastPrinted>
  <dcterms:created xsi:type="dcterms:W3CDTF">2013-12-23T23:15:00Z</dcterms:created>
  <dcterms:modified xsi:type="dcterms:W3CDTF">2026-01-21T13:54:00Z</dcterms:modified>
  <cp:category/>
</cp:coreProperties>
</file>